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珍惜水資源：學生學習單與活動單</w:t>
      </w:r>
    </w:p>
    <w:p>
      <w:r>
        <w:t>課程名稱：珍惜水資源｜對象：國中一年級｜節數：18週，每週2小時</w:t>
      </w:r>
    </w:p>
    <w:p>
      <w:pPr>
        <w:pStyle w:val="Heading1"/>
      </w:pPr>
      <w:r>
        <w:t>珍惜水資源：學生學習單與活動單</w:t>
      </w:r>
    </w:p>
    <w:p>
      <w:pPr>
        <w:pStyle w:val="Heading2"/>
      </w:pPr>
      <w:r>
        <w:t>學習單一：我的用水地圖</w:t>
      </w:r>
    </w:p>
    <w:p>
      <w:r>
        <w:t>請記錄一天中至少6個用水情境。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情境</w:t>
            </w:r>
          </w:p>
        </w:tc>
        <w:tc>
          <w:tcPr>
            <w:tcW w:type="dxa" w:w="2556"/>
          </w:tcPr>
          <w:p>
            <w:r>
              <w:t>用水目的</w:t>
            </w:r>
          </w:p>
        </w:tc>
        <w:tc>
          <w:tcPr>
            <w:tcW w:type="dxa" w:w="2556"/>
          </w:tcPr>
          <w:p>
            <w:r>
              <w:t>我能否減量？如何做？</w:t>
            </w:r>
          </w:p>
        </w:tc>
        <w:tc>
          <w:tcPr>
            <w:tcW w:type="dxa" w:w="2556"/>
          </w:tcPr>
          <w:p>
            <w:r>
              <w:t>我需要的證據</w:t>
            </w:r>
          </w:p>
        </w:tc>
      </w:tr>
      <w:tr>
        <w:tc>
          <w:tcPr>
            <w:tcW w:type="dxa" w:w="2556"/>
          </w:tcPr>
          <w:p>
            <w:r>
              <w:t>例：刷牙</w:t>
            </w:r>
          </w:p>
        </w:tc>
        <w:tc>
          <w:tcPr>
            <w:tcW w:type="dxa" w:w="2556"/>
          </w:tcPr>
          <w:p>
            <w:r>
              <w:t>清潔口腔</w:t>
            </w:r>
          </w:p>
        </w:tc>
        <w:tc>
          <w:tcPr>
            <w:tcW w:type="dxa" w:w="2556"/>
          </w:tcPr>
          <w:p>
            <w:r>
              <w:t>可以，刷牙時關水</w:t>
            </w:r>
          </w:p>
        </w:tc>
        <w:tc>
          <w:tcPr>
            <w:tcW w:type="dxa" w:w="2556"/>
          </w:tcPr>
          <w:p>
            <w:r>
              <w:t>開關水龍頭前後比較</w:t>
            </w:r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</w:tbl>
    <w:p>
      <w:r>
        <w:t>我的一週行動目標：＿＿＿＿＿＿＿＿＿＿＿＿＿＿＿＿＿＿</w:t>
      </w:r>
    </w:p>
    <w:p>
      <w:pPr>
        <w:pStyle w:val="Heading2"/>
      </w:pPr>
      <w:r>
        <w:t>學習單二：水循環流程圖</w:t>
      </w:r>
    </w:p>
    <w:p>
      <w:r>
        <w:t>請將下列詞語放入合理位置，並用箭頭連線：蒸發、凝結、降水、地表逕流、入滲、地下水、河川、水庫。</w:t>
      </w:r>
    </w:p>
    <w:p>
      <w:pPr>
        <w:pStyle w:val="NoSpacing"/>
      </w:pPr>
      <w:r>
        <w:t>海洋／河川／水庫  →  __________________  →  __________________</w:t>
      </w:r>
    </w:p>
    <w:p>
      <w:pPr>
        <w:pStyle w:val="NoSpacing"/>
      </w:pPr>
      <w:r>
        <w:t xml:space="preserve">        ↑                                      ↓</w:t>
      </w:r>
    </w:p>
    <w:p>
      <w:pPr>
        <w:pStyle w:val="NoSpacing"/>
      </w:pPr>
      <w:r>
        <w:t>__________________  ←  __________________  ←  __________________</w:t>
      </w:r>
    </w:p>
    <w:p>
      <w:r>
        <w:t>1. 人類在哪兩個位置可能影響水循環？＿＿＿＿＿＿＿＿＿＿＿＿</w:t>
      </w:r>
    </w:p>
    <w:p>
      <w:r>
        <w:t>2. 「水循環」是否代表可以無限使用水？為什麼？＿＿＿＿＿＿＿＿＿＿＿＿</w:t>
      </w:r>
    </w:p>
    <w:p>
      <w:pPr>
        <w:pStyle w:val="Heading2"/>
      </w:pPr>
      <w:r>
        <w:t>學習單三：臺灣水資源資料判讀</w:t>
      </w:r>
    </w:p>
    <w:p>
      <w:r>
        <w:t>請使用教師提供的當年度官方資料或02、03教材資料完成。</w:t>
      </w:r>
    </w:p>
    <w:p>
      <w:r>
        <w:t>1. 表格中用水量最高的類別是：＿＿＿＿＿＿；占比約＿＿％。</w:t>
      </w:r>
    </w:p>
    <w:p>
      <w:r>
        <w:t>2. 若某地區每日可供水量為＿＿＿＿，人口為＿＿＿＿，人均量為：＿＿＿＿。</w:t>
      </w:r>
    </w:p>
    <w:p>
      <w:r>
        <w:t>3. 臺灣水資源管理至少有哪兩項挑戰？</w:t>
      </w:r>
    </w:p>
    <w:p>
      <w:pPr>
        <w:pStyle w:val="ListBullet"/>
      </w:pPr>
      <w:r>
        <w:t>＿＿＿＿＿＿＿＿＿＿＿＿＿＿＿＿＿＿</w:t>
      </w:r>
    </w:p>
    <w:p>
      <w:pPr>
        <w:pStyle w:val="ListBullet"/>
      </w:pPr>
      <w:r>
        <w:t>＿＿＿＿＿＿＿＿＿＿＿＿＿＿＿＿＿＿</w:t>
      </w:r>
    </w:p>
    <w:p>
      <w:r>
        <w:t>4. 請將資料繪製成長條圖或圓餅圖，標上標題、單位、資料年份與來源。</w:t>
      </w:r>
    </w:p>
    <w:p>
      <w:pPr>
        <w:pStyle w:val="Heading2"/>
      </w:pPr>
      <w:r>
        <w:t>學習單四：水污染偵探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污染情境</w:t>
            </w:r>
          </w:p>
        </w:tc>
        <w:tc>
          <w:tcPr>
            <w:tcW w:type="dxa" w:w="2556"/>
          </w:tcPr>
          <w:p>
            <w:r>
              <w:t>可能污染物</w:t>
            </w:r>
          </w:p>
        </w:tc>
        <w:tc>
          <w:tcPr>
            <w:tcW w:type="dxa" w:w="2556"/>
          </w:tcPr>
          <w:p>
            <w:r>
              <w:t>受影響對象</w:t>
            </w:r>
          </w:p>
        </w:tc>
        <w:tc>
          <w:tcPr>
            <w:tcW w:type="dxa" w:w="2556"/>
          </w:tcPr>
          <w:p>
            <w:r>
              <w:t>可能的防治方法</w:t>
            </w:r>
          </w:p>
        </w:tc>
      </w:tr>
      <w:tr>
        <w:tc>
          <w:tcPr>
            <w:tcW w:type="dxa" w:w="2556"/>
          </w:tcPr>
          <w:p>
            <w:r>
              <w:t>工廠廢水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>
              <w:t>農田施肥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>
              <w:t>家庭污水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>
              <w:t>垃圾進入河川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</w:tbl>
    <w:p>
      <w:r>
        <w:t>請用一句話說明：為什麼污染上游可能影響下游？</w:t>
      </w:r>
    </w:p>
    <w:p>
      <w:r>
        <w:t>＿＿＿＿＿＿＿＿＿＿＿＿＿＿＿＿＿＿＿＿＿＿＿＿＿＿＿＿＿＿＿＿</w:t>
      </w:r>
    </w:p>
    <w:p>
      <w:pPr>
        <w:pStyle w:val="Heading2"/>
      </w:pPr>
      <w:r>
        <w:t>學習單五：自然淨化模型實驗紀錄</w:t>
      </w:r>
    </w:p>
    <w:p>
      <w:pPr>
        <w:ind w:left="360"/>
      </w:pPr>
      <w:r>
        <w:rPr>
          <w:i/>
        </w:rPr>
        <w:t>實驗水不可飲用。此實驗只能觀察沉澱與物理過濾，不能證明水已安全。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項目</w:t>
            </w:r>
          </w:p>
        </w:tc>
        <w:tc>
          <w:tcPr>
            <w:tcW w:type="dxa" w:w="2556"/>
          </w:tcPr>
          <w:p>
            <w:r>
              <w:t>實驗前</w:t>
            </w:r>
          </w:p>
        </w:tc>
        <w:tc>
          <w:tcPr>
            <w:tcW w:type="dxa" w:w="2556"/>
          </w:tcPr>
          <w:p>
            <w:r>
              <w:t>實驗後</w:t>
            </w:r>
          </w:p>
        </w:tc>
        <w:tc>
          <w:tcPr>
            <w:tcW w:type="dxa" w:w="2556"/>
          </w:tcPr>
          <w:p>
            <w:r>
              <w:t>我的觀察</w:t>
            </w:r>
          </w:p>
        </w:tc>
      </w:tr>
      <w:tr>
        <w:tc>
          <w:tcPr>
            <w:tcW w:type="dxa" w:w="2556"/>
          </w:tcPr>
          <w:p>
            <w:r>
              <w:t>顏色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>
              <w:t>混濁程度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>
              <w:t>流出速度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  <w:tr>
        <w:tc>
          <w:tcPr>
            <w:tcW w:type="dxa" w:w="2556"/>
          </w:tcPr>
          <w:p>
            <w:r>
              <w:t>沉澱物</w:t>
            </w:r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</w:tr>
    </w:tbl>
    <w:p>
      <w:r>
        <w:t>1. 哪一層材料最可能攔住較大的顆粒？＿＿＿＿＿＿</w:t>
      </w:r>
    </w:p>
    <w:p>
      <w:r>
        <w:t>2. 哪些污染可能無法用本模型去除？＿＿＿＿＿＿＿＿＿＿＿＿</w:t>
      </w:r>
    </w:p>
    <w:p>
      <w:r>
        <w:t>3. 若要讓結果更可信，下一次要控制或改變哪個變因？＿＿＿＿＿＿＿＿＿＿＿＿</w:t>
      </w:r>
    </w:p>
    <w:p>
      <w:pPr>
        <w:pStyle w:val="Heading2"/>
      </w:pPr>
      <w:r>
        <w:t>學習單六：校園用水調查表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地點</w:t>
            </w:r>
          </w:p>
        </w:tc>
        <w:tc>
          <w:tcPr>
            <w:tcW w:type="dxa" w:w="2556"/>
          </w:tcPr>
          <w:p>
            <w:r>
              <w:t>觀察到的問題</w:t>
            </w:r>
          </w:p>
        </w:tc>
        <w:tc>
          <w:tcPr>
            <w:tcW w:type="dxa" w:w="2556"/>
          </w:tcPr>
          <w:p>
            <w:r>
              <w:t>證據（位置、時間、照片或次數）</w:t>
            </w:r>
          </w:p>
        </w:tc>
        <w:tc>
          <w:tcPr>
            <w:tcW w:type="dxa" w:w="2556"/>
          </w:tcPr>
          <w:p>
            <w:r>
              <w:t>問題類型</w:t>
            </w:r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>
              <w:t>立即改善／維修／宣導／制度</w:t>
            </w:r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>
              <w:t>立即改善／維修／宣導／制度</w:t>
            </w:r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>
              <w:t>立即改善／維修／宣導／制度</w:t>
            </w:r>
          </w:p>
        </w:tc>
      </w:tr>
      <w:tr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/>
          </w:p>
        </w:tc>
        <w:tc>
          <w:tcPr>
            <w:tcW w:type="dxa" w:w="2556"/>
          </w:tcPr>
          <w:p>
            <w:r>
              <w:t>立即改善／維修／宣導／制度</w:t>
            </w:r>
          </w:p>
        </w:tc>
      </w:tr>
    </w:tbl>
    <w:p>
      <w:r>
        <w:t>我們認為最優先處理的問題是：＿＿＿＿＿＿＿＿＿＿＿＿</w:t>
      </w:r>
    </w:p>
    <w:p>
      <w:r>
        <w:t>理由：＿＿＿＿＿＿＿＿＿＿＿＿＿＿＿＿＿＿＿＿＿＿＿＿</w:t>
      </w:r>
    </w:p>
    <w:p>
      <w:pPr>
        <w:pStyle w:val="Heading2"/>
      </w:pPr>
      <w:r>
        <w:t>學習單七：節水行動方案</w:t>
      </w:r>
    </w:p>
    <w:p>
      <w:pPr>
        <w:pStyle w:val="Heading3"/>
      </w:pPr>
      <w:r>
        <w:t>方案名稱</w:t>
      </w:r>
    </w:p>
    <w:p>
      <w:r>
        <w:t>＿＿＿＿＿＿＿＿＿＿＿＿＿＿＿＿＿＿＿＿＿＿＿＿</w:t>
      </w:r>
    </w:p>
    <w:p>
      <w:pPr>
        <w:pStyle w:val="Heading3"/>
      </w:pPr>
      <w:r>
        <w:t>問題與證據</w:t>
      </w:r>
    </w:p>
    <w:p>
      <w:r>
        <w:t>我們想改善的問題是＿＿＿＿＿＿＿＿＿＿＿＿＿＿＿＿＿＿＿＿。</w:t>
      </w:r>
    </w:p>
    <w:p>
      <w:r>
        <w:t>證據是＿＿＿＿＿＿＿＿＿＿＿＿＿＿＿＿＿＿＿＿＿＿＿＿＿＿。</w:t>
      </w:r>
    </w:p>
    <w:p>
      <w:pPr>
        <w:pStyle w:val="Heading3"/>
      </w:pPr>
      <w:r>
        <w:t>方案內容</w:t>
      </w:r>
    </w:p>
    <w:p>
      <w:pPr>
        <w:pStyle w:val="ListBullet"/>
      </w:pPr>
      <w:r>
        <w:t>目標：＿＿＿＿＿＿＿＿＿＿＿＿＿＿＿＿＿＿＿＿</w:t>
      </w:r>
    </w:p>
    <w:p>
      <w:pPr>
        <w:pStyle w:val="ListBullet"/>
      </w:pPr>
      <w:r>
        <w:t>主要作法：＿＿＿＿＿＿＿＿＿＿＿＿＿＿＿＿＿＿</w:t>
      </w:r>
    </w:p>
    <w:p>
      <w:pPr>
        <w:pStyle w:val="ListBullet"/>
      </w:pPr>
      <w:r>
        <w:t>執行者：＿＿＿＿＿＿＿＿＿＿＿＿＿＿＿＿＿＿＿＿</w:t>
      </w:r>
    </w:p>
    <w:p>
      <w:pPr>
        <w:pStyle w:val="ListBullet"/>
      </w:pPr>
      <w:r>
        <w:t>時間表：＿＿＿＿＿＿＿＿＿＿＿＿＿＿＿＿＿＿＿＿</w:t>
      </w:r>
    </w:p>
    <w:p>
      <w:pPr>
        <w:pStyle w:val="ListBullet"/>
      </w:pPr>
      <w:r>
        <w:t>需要資源：＿＿＿＿＿＿＿＿＿＿＿＿＿＿＿＿＿＿</w:t>
      </w:r>
    </w:p>
    <w:p>
      <w:pPr>
        <w:pStyle w:val="ListBullet"/>
      </w:pPr>
      <w:r>
        <w:t>預期效果：＿＿＿＿＿＿＿＿＿＿＿＿＿＿＿＿＿＿</w:t>
      </w:r>
    </w:p>
    <w:p>
      <w:pPr>
        <w:pStyle w:val="ListBullet"/>
      </w:pPr>
      <w:r>
        <w:t>如何評估：＿＿＿＿＿＿＿＿＿＿＿＿＿＿＿＿＿＿</w:t>
      </w:r>
    </w:p>
    <w:p>
      <w:pPr>
        <w:pStyle w:val="Heading3"/>
      </w:pPr>
      <w:r>
        <w:t>同儕回饋</w:t>
      </w:r>
    </w:p>
    <w:p>
      <w:pPr>
        <w:pStyle w:val="ListBullet"/>
      </w:pPr>
      <w:r>
        <w:t>我看到的亮點：＿＿＿＿＿＿＿＿＿＿＿＿＿＿＿＿</w:t>
      </w:r>
    </w:p>
    <w:p>
      <w:pPr>
        <w:pStyle w:val="ListBullet"/>
      </w:pPr>
      <w:r>
        <w:t>我想追問的問題：＿＿＿＿＿＿＿＿＿＿＿＿＿＿</w:t>
      </w:r>
    </w:p>
    <w:p>
      <w:pPr>
        <w:pStyle w:val="ListBullet"/>
      </w:pPr>
      <w:r>
        <w:t>我建議補強的地方：＿＿＿＿＿＿＿＿＿＿＿＿＿＿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