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第一週學生學習單：水與我的生活</w:t>
      </w:r>
    </w:p>
    <w:p>
      <w:r>
        <w:t>課程名稱：珍惜水資源｜第一週：水與我的生活｜對象：國中一年級｜時間：2小時</w:t>
      </w:r>
    </w:p>
    <w:p>
      <w:r>
        <w:t>班級：＿＿＿＿　座號：＿＿＿＿　姓名：＿＿＿＿　小組：＿＿＿＿</w:t>
      </w:r>
    </w:p>
    <w:p>
      <w:pPr>
        <w:pStyle w:val="Heading1"/>
      </w:pPr>
      <w:r>
        <w:t>一、我看見的水資源</w:t>
      </w:r>
    </w:p>
    <w:p>
      <w:r>
        <w:t>觀察教師展示的水資源圖卡，寫下你看到的3個畫面、物件或線索。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</w:tcPr>
          <w:p>
            <w:r>
              <w:t>我看到的內容</w:t>
            </w:r>
          </w:p>
        </w:tc>
        <w:tc>
          <w:tcPr>
            <w:tcW w:type="dxa" w:w="5112"/>
            <w:vAlign w:val="center"/>
          </w:tcPr>
          <w:p>
            <w:r>
              <w:t>我想到的問題</w:t>
            </w:r>
          </w:p>
        </w:tc>
      </w:tr>
      <w:tr>
        <w:tc>
          <w:tcPr>
            <w:tcW w:type="dxa" w:w="5112"/>
          </w:tcPr>
          <w:p>
            <w:r>
              <w:t>1. ＿＿＿＿＿＿＿＿＿＿</w:t>
            </w:r>
          </w:p>
        </w:tc>
        <w:tc>
          <w:tcPr>
            <w:tcW w:type="dxa" w:w="5112"/>
          </w:tcPr>
          <w:p>
            <w:r>
              <w:t>＿＿＿＿＿＿＿＿＿＿</w:t>
            </w:r>
          </w:p>
        </w:tc>
      </w:tr>
      <w:tr>
        <w:tc>
          <w:tcPr>
            <w:tcW w:type="dxa" w:w="5112"/>
          </w:tcPr>
          <w:p>
            <w:r>
              <w:t>2. ＿＿＿＿＿＿＿＿＿＿</w:t>
            </w:r>
          </w:p>
        </w:tc>
        <w:tc>
          <w:tcPr>
            <w:tcW w:type="dxa" w:w="5112"/>
          </w:tcPr>
          <w:p>
            <w:r>
              <w:t>＿＿＿＿＿＿＿＿＿＿</w:t>
            </w:r>
          </w:p>
        </w:tc>
      </w:tr>
      <w:tr>
        <w:tc>
          <w:tcPr>
            <w:tcW w:type="dxa" w:w="5112"/>
          </w:tcPr>
          <w:p>
            <w:r>
              <w:t>3. ＿＿＿＿＿＿＿＿＿＿</w:t>
            </w:r>
          </w:p>
        </w:tc>
        <w:tc>
          <w:tcPr>
            <w:tcW w:type="dxa" w:w="5112"/>
          </w:tcPr>
          <w:p>
            <w:r>
              <w:t>＿＿＿＿＿＿＿＿＿＿</w:t>
            </w:r>
          </w:p>
        </w:tc>
      </w:tr>
    </w:tbl>
    <w:p>
      <w:pPr>
        <w:pStyle w:val="Heading1"/>
      </w:pPr>
      <w:r>
        <w:t>二、我的一天用水地圖</w:t>
      </w:r>
    </w:p>
    <w:p>
      <w:r>
        <w:t>請填寫至少6個用水情境。可包含直接用水，也可包含食物、能源或物品生產等間接用水。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vAlign w:val="center"/>
          </w:tcPr>
          <w:p>
            <w:r>
              <w:t>時間／情境</w:t>
            </w:r>
          </w:p>
        </w:tc>
        <w:tc>
          <w:tcPr>
            <w:tcW w:type="dxa" w:w="2556"/>
            <w:vAlign w:val="center"/>
          </w:tcPr>
          <w:p>
            <w:r>
              <w:t>用水目的</w:t>
            </w:r>
          </w:p>
        </w:tc>
        <w:tc>
          <w:tcPr>
            <w:tcW w:type="dxa" w:w="2556"/>
            <w:vAlign w:val="center"/>
          </w:tcPr>
          <w:p>
            <w:r>
              <w:t>直接或間接用水</w:t>
            </w:r>
          </w:p>
        </w:tc>
        <w:tc>
          <w:tcPr>
            <w:tcW w:type="dxa" w:w="2556"/>
            <w:vAlign w:val="center"/>
          </w:tcPr>
          <w:p>
            <w:r>
              <w:t>我能否減量或避免浪費？</w:t>
            </w:r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</w:tbl>
    <w:p>
      <w:pPr>
        <w:pStyle w:val="Heading1"/>
      </w:pPr>
      <w:r>
        <w:t>三、小組分類與理由</w:t>
      </w:r>
    </w:p>
    <w:p>
      <w:r>
        <w:t>請將便利貼放入小組三欄，再選出一張最有爭議的便利貼討論。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</w:tcPr>
          <w:p>
            <w:r>
              <w:t>必要使用</w:t>
            </w:r>
          </w:p>
        </w:tc>
        <w:tc>
          <w:tcPr>
            <w:tcW w:type="dxa" w:w="3408"/>
            <w:vAlign w:val="center"/>
          </w:tcPr>
          <w:p>
            <w:r>
              <w:t>可以減量</w:t>
            </w:r>
          </w:p>
        </w:tc>
        <w:tc>
          <w:tcPr>
            <w:tcW w:type="dxa" w:w="3408"/>
            <w:vAlign w:val="center"/>
          </w:tcPr>
          <w:p>
            <w:r>
              <w:t>可以替代</w:t>
            </w:r>
          </w:p>
        </w:tc>
      </w:tr>
      <w:tr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</w:tr>
      <w:tr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</w:tr>
      <w:tr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</w:tr>
      <w:tr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/>
          </w:p>
        </w:tc>
      </w:tr>
    </w:tbl>
    <w:p>
      <w:r>
        <w:t>我們最有爭議的行為是：＿＿＿＿＿＿＿＿＿＿＿＿＿＿＿＿＿＿＿＿</w:t>
      </w:r>
    </w:p>
    <w:p>
      <w:r>
        <w:t>我們的判斷理由是：＿＿＿＿＿＿＿＿＿＿＿＿＿＿＿＿＿＿＿＿＿＿＿</w:t>
      </w:r>
    </w:p>
    <w:p>
      <w:pPr>
        <w:pStyle w:val="Heading1"/>
      </w:pPr>
      <w:r>
        <w:t>四、我的一週節水行動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</w:tcPr>
          <w:p>
            <w:r>
              <w:t>項目</w:t>
            </w:r>
          </w:p>
        </w:tc>
        <w:tc>
          <w:tcPr>
            <w:tcW w:type="dxa" w:w="5112"/>
            <w:vAlign w:val="center"/>
          </w:tcPr>
          <w:p>
            <w:r>
              <w:t>我的答案</w:t>
            </w:r>
          </w:p>
        </w:tc>
      </w:tr>
      <w:tr>
        <w:tc>
          <w:tcPr>
            <w:tcW w:type="dxa" w:w="5112"/>
          </w:tcPr>
          <w:p>
            <w:r>
              <w:t>我要改變的行為</w:t>
            </w:r>
          </w:p>
        </w:tc>
        <w:tc>
          <w:tcPr>
            <w:tcW w:type="dxa" w:w="5112"/>
          </w:tcPr>
          <w:p>
            <w:r>
              <w:t>＿＿＿＿＿＿＿＿＿＿＿＿＿＿＿＿</w:t>
            </w:r>
          </w:p>
        </w:tc>
      </w:tr>
      <w:tr>
        <w:tc>
          <w:tcPr>
            <w:tcW w:type="dxa" w:w="5112"/>
          </w:tcPr>
          <w:p>
            <w:r>
              <w:t>我預計何時做／多久做一次</w:t>
            </w:r>
          </w:p>
        </w:tc>
        <w:tc>
          <w:tcPr>
            <w:tcW w:type="dxa" w:w="5112"/>
          </w:tcPr>
          <w:p>
            <w:r>
              <w:t>＿＿＿＿＿＿＿＿＿＿＿＿＿＿＿＿</w:t>
            </w:r>
          </w:p>
        </w:tc>
      </w:tr>
      <w:tr>
        <w:tc>
          <w:tcPr>
            <w:tcW w:type="dxa" w:w="5112"/>
          </w:tcPr>
          <w:p>
            <w:r>
              <w:t>我如何記錄是否做到</w:t>
            </w:r>
          </w:p>
        </w:tc>
        <w:tc>
          <w:tcPr>
            <w:tcW w:type="dxa" w:w="5112"/>
          </w:tcPr>
          <w:p>
            <w:r>
              <w:t>＿＿＿＿＿＿＿＿＿＿＿＿＿＿＿＿</w:t>
            </w:r>
          </w:p>
        </w:tc>
      </w:tr>
      <w:tr>
        <w:tc>
          <w:tcPr>
            <w:tcW w:type="dxa" w:w="5112"/>
          </w:tcPr>
          <w:p>
            <w:r>
              <w:t>可能遇到的困難</w:t>
            </w:r>
          </w:p>
        </w:tc>
        <w:tc>
          <w:tcPr>
            <w:tcW w:type="dxa" w:w="5112"/>
          </w:tcPr>
          <w:p>
            <w:r>
              <w:t>＿＿＿＿＿＿＿＿＿＿＿＿＿＿＿＿</w:t>
            </w:r>
          </w:p>
        </w:tc>
      </w:tr>
      <w:tr>
        <w:tc>
          <w:tcPr>
            <w:tcW w:type="dxa" w:w="5112"/>
          </w:tcPr>
          <w:p>
            <w:r>
              <w:t>我準備如何調整</w:t>
            </w:r>
          </w:p>
        </w:tc>
        <w:tc>
          <w:tcPr>
            <w:tcW w:type="dxa" w:w="5112"/>
          </w:tcPr>
          <w:p>
            <w:r>
              <w:t>＿＿＿＿＿＿＿＿＿＿＿＿＿＿＿＿</w:t>
            </w:r>
          </w:p>
        </w:tc>
      </w:tr>
    </w:tbl>
    <w:p>
      <w:r>
        <w:t>我的行動宣言：這一週，我要＿＿＿＿＿＿＿＿＿＿＿＿＿＿＿＿＿＿＿＿。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